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החבר – אלזה מורנטה (קריאה ומילון)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הסופרת אלזה מורנטה ואת הרקע ליצירה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ולתרגל מילים קשות מתוך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לקריאת הסיפור דרך חשיבה על הערצה, מעמד ועלבון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הכרת הסופרת והיצירה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1912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רומא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רומנים, סיפורים קצרים ושירה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מבוגר שמביט לאחור על עברו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הערצה, סוד, בושה ועלבון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כתבה גם רומנים וגם סיפורים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במבוא ליצירה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יהירות היא גאווה, הרגשה של 'אני יותר טוב'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מוגדר במילון המונחים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זהו כינוי מזלזל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בוז הוא זלזול חזק במישהו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יתום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קתדרה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חרשן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מפלט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(אישה שעובדת בבית של משפחה עשירה)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(שומרת מרחק, לא פתוחה)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(צייתנית, מקבלת בלי להתנגד)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(עובד צעיר שלומד מקצוע אצל בעל עסק)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(הרגשה של 'פחות' מאחרים)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(צער על מעשה שעשיתי)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רב-מלאך הוא כינוי של הערצה גדולה, כמו מלאך חשוב; המספר קורא כך לחברו כי הוא מעריץ אותו מאוד ורואה בו מישהו מיוחד ומושלם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לפני הקריאה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מתאר מצב של הערצה, את התגלית המפתיעה ואת הרגש שהתעורר אצלו (הפתעה, אכזבה, בלבול וכדומה)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שהתלמיד מעלה קריטריון סביר (לבוש, רכוש, דיבור, ציונים וכדומה) ומסביר אותו בקצרה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את המילה 'מרדן'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מזכיר/ה הערצה, סוד, בושה או עלבון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נותן/ת דוגמה הגיונית המקושרת למושג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המילים מהמילון בקול לפני התרגול כדי לחזק הגייה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שאלות 'לפני הקריאה' לדיון פתוח בכיתה לפני מעבר לכתיבה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למילון המונחים תוך כדי קריאת הסיפור ולא רק לפניה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החבר – אלזה מורנטה (קריאה ומילון)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הסיפור 'החבר' מדבר על שני חברים כשהיו בני 13. לפני הקריאה נלמד מי כתבה את הסיפור ונלמד מילים חדשות וקשות.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גימנסיה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ספר תיכון באירופה של פעם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יהירות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גאווה, הרגשה של 'אני יותר טוב'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מרדן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שלא מציית לכללים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משרתת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אישה שעובדת בבית של משפחה עשירה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מפלט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מוצא, מקום לברוח אליו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נחיתות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הרגשה של 'פחות' מאחרים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יתום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 שאביו או אמו מתו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צער על מעשה שעשיתי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הכרת הסופרת והיצירה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מורנטה נולדה?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1985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עיר היא נולדה?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מדריד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היא 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רומנים, סיפורים קצרים ושירה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ספרי בישול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מחזות זמר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ספרי 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בן כמה היה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מספר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מבוגר שמביט לאחור על עברו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 קטן שמספר בזמן 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 שמספר על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אדם זר שלא מכיר את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אילו רגשות יש בחברות הזאת?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הערצה, סוד, בושה ועלבון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שעמום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כעס בלבד ללא סיבה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אלזה מורנטה כתבה רק שירה ולא כתבה סיפורים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מסופר מנקודת מבט של מבוגר שמביט לאחור על עברו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'יהירות' פירושה ענווה וצניעות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'יתום' הוא ילד שאביו או אמו מתו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'חרשן' הוא כינוי של כבוד למי שלומד הרבה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'בוז' הוא ביטוי של כבוד רב כלפי מישהו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ילד שאביו או אמו מתו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שלא מציית לכללים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שולחן או בימה של המורה בקדמת הכיתה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הרגשה של 'אני יותר טוב' מאחרים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 שלומד כל הזמן בשביל ציונים מכונה בזלזול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דרך מוצא או מקום לברוח אליו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משרתת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שומרת מרחק, לא פתוחה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מסויגת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הרגשה של 'פחות' מאחרים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עובד צעיר שלומד מקצוע אצל בעל עסק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צער על מעשה שעשיתי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נחיתות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אישה שעובדת בבית של משפחה עשירה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חרטה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צייתנית, מקבלת בלי להתנגד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מהו 'רב־מלאך' ולמה המספר קורא כך לחברו בלבו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לפני הקריאה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או כתבו: האם קרה לכם שהערצתם מישהו ואז גיליתם עליו משהו מפתיע? מה הרגשתם?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לדעתכם, על סמך מה אנשים 'מחליטים' מי עשיר, מי מקובל ומי מצליח? תנו דוגמה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המתארת מי שלא מציית לכללים?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בחברות שבין המספר לחברו – אילו רגשות עברו ביניהם?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למצב שבו אדם הרגיש נחיתות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החבר – אלזה מורנטה (קריאה ומילון)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